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[Your business name]</w:t>
            </w:r>
          </w:p>
          <w:p>
            <w:r>
              <w:rPr>
                <w:b w:val="0"/>
                <w:sz w:val="20"/>
              </w:rPr>
              <w:t>ABN: [11-digit ABN]</w:t>
            </w:r>
          </w:p>
          <w:p>
            <w:r>
              <w:rPr>
                <w:b w:val="0"/>
                <w:sz w:val="20"/>
              </w:rPr>
              <w:t>[Street address, suburb, state, postcode]</w:t>
            </w:r>
          </w:p>
          <w:p>
            <w:r>
              <w:rPr>
                <w:b w:val="0"/>
                <w:sz w:val="20"/>
              </w:rPr>
              <w:t>[Email] · [Phone]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10715A"/>
                <w:sz w:val="44"/>
              </w:rPr>
              <w:t>INVOICE</w:t>
            </w:r>
          </w:p>
          <w:p>
            <w:pPr>
              <w:jc w:val="right"/>
            </w:pPr>
            <w:r>
              <w:rPr>
                <w:b w:val="0"/>
                <w:sz w:val="20"/>
              </w:rPr>
              <w:t>Invoice no: [INV-0001]</w:t>
            </w:r>
          </w:p>
          <w:p>
            <w:pPr>
              <w:jc w:val="right"/>
            </w:pPr>
            <w:r>
              <w:rPr>
                <w:b w:val="0"/>
                <w:sz w:val="20"/>
              </w:rPr>
              <w:t>Issue date: [DD/MM/YYYY]</w:t>
            </w:r>
          </w:p>
          <w:p>
            <w:pPr>
              <w:jc w:val="right"/>
            </w:pPr>
            <w:r>
              <w:rPr>
                <w:b w:val="0"/>
                <w:sz w:val="20"/>
              </w:rPr>
              <w:t>Due date: [DD/MM/YYYY]</w:t>
            </w:r>
          </w:p>
        </w:tc>
      </w:tr>
    </w:tbl>
    <w:p/>
    <w:p>
      <w:r>
        <w:rPr>
          <w:b/>
          <w:color w:val="10715A"/>
          <w:sz w:val="18"/>
        </w:rPr>
        <w:t>BILL TO</w:t>
      </w:r>
    </w:p>
    <w:p>
      <w:r>
        <w:rPr>
          <w:b w:val="0"/>
          <w:sz w:val="20"/>
        </w:rPr>
        <w:t>[Client name or business]</w:t>
      </w:r>
    </w:p>
    <w:p>
      <w:r>
        <w:rPr>
          <w:b w:val="0"/>
          <w:sz w:val="20"/>
        </w:rPr>
        <w:t>[Client address]</w:t>
      </w:r>
    </w:p>
    <w:p>
      <w:r>
        <w:rPr>
          <w:b w:val="0"/>
          <w:sz w:val="20"/>
        </w:rPr>
        <w:t>Client ABN (optional): [ABN]</w:t>
      </w:r>
    </w:p>
    <w:p/>
    <w:tbl>
      <w:tblPr>
        <w:tblStyle w:val="TableGrid"/>
        <w:tblW w:type="dxa" w:w="958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386"/>
        <w:gridCol w:w="1020"/>
        <w:gridCol w:w="1587"/>
        <w:gridCol w:w="1587"/>
      </w:tblGrid>
      <w:tr>
        <w:tc>
          <w:tcPr>
            <w:tcW w:type="dxa" w:w="5386"/>
            <w:shd w:val="clear" w:color="auto" w:fill="10715A"/>
          </w:tcPr>
          <w:p>
            <w:r/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1020"/>
            <w:shd w:val="clear" w:color="auto" w:fill="10715A"/>
          </w:tcPr>
          <w:p>
            <w:r/>
            <w:r>
              <w:rPr>
                <w:b/>
                <w:color w:val="FFFFFF"/>
              </w:rPr>
              <w:t>Qty</w:t>
            </w:r>
          </w:p>
        </w:tc>
        <w:tc>
          <w:tcPr>
            <w:tcW w:type="dxa" w:w="1587"/>
            <w:shd w:val="clear" w:color="auto" w:fill="10715A"/>
          </w:tcPr>
          <w:p>
            <w:r/>
            <w:r>
              <w:rPr>
                <w:b/>
                <w:color w:val="FFFFFF"/>
              </w:rPr>
              <w:t>Unit price</w:t>
            </w:r>
          </w:p>
        </w:tc>
        <w:tc>
          <w:tcPr>
            <w:tcW w:type="dxa" w:w="1587"/>
            <w:shd w:val="clear" w:color="auto" w:fill="10715A"/>
          </w:tcPr>
          <w:p>
            <w:r/>
            <w:r>
              <w:rPr>
                <w:b/>
                <w:color w:val="FFFFFF"/>
              </w:rPr>
              <w:t>Amount</w:t>
            </w:r>
          </w:p>
        </w:tc>
      </w:tr>
      <w:tr>
        <w:tc>
          <w:tcPr>
            <w:tcW w:type="dxa" w:w="5386"/>
          </w:tcPr>
          <w:p>
            <w:r>
              <w:t>[Item or service]</w:t>
            </w:r>
          </w:p>
        </w:tc>
        <w:tc>
          <w:tcPr>
            <w:tcW w:type="dxa" w:w="1020"/>
          </w:tcPr>
          <w:p>
            <w:r/>
          </w:p>
        </w:tc>
        <w:tc>
          <w:tcPr>
            <w:tcW w:type="dxa" w:w="1587"/>
          </w:tcPr>
          <w:p>
            <w:r>
              <w:t>$</w:t>
            </w:r>
          </w:p>
        </w:tc>
        <w:tc>
          <w:tcPr>
            <w:tcW w:type="dxa" w:w="1587"/>
          </w:tcPr>
          <w:p>
            <w:r>
              <w:t>$</w:t>
            </w:r>
          </w:p>
        </w:tc>
      </w:tr>
      <w:tr>
        <w:tc>
          <w:tcPr>
            <w:tcW w:type="dxa" w:w="5386"/>
          </w:tcPr>
          <w:p>
            <w:r>
              <w:t>[Item or service]</w:t>
            </w:r>
          </w:p>
        </w:tc>
        <w:tc>
          <w:tcPr>
            <w:tcW w:type="dxa" w:w="1020"/>
          </w:tcPr>
          <w:p>
            <w:r/>
          </w:p>
        </w:tc>
        <w:tc>
          <w:tcPr>
            <w:tcW w:type="dxa" w:w="1587"/>
          </w:tcPr>
          <w:p>
            <w:r>
              <w:t>$</w:t>
            </w:r>
          </w:p>
        </w:tc>
        <w:tc>
          <w:tcPr>
            <w:tcW w:type="dxa" w:w="1587"/>
          </w:tcPr>
          <w:p>
            <w:r>
              <w:t>$</w:t>
            </w:r>
          </w:p>
        </w:tc>
      </w:tr>
      <w:tr>
        <w:tc>
          <w:tcPr>
            <w:tcW w:type="dxa" w:w="5386"/>
          </w:tcPr>
          <w:p>
            <w:r>
              <w:t>[Item or service]</w:t>
            </w:r>
          </w:p>
        </w:tc>
        <w:tc>
          <w:tcPr>
            <w:tcW w:type="dxa" w:w="1020"/>
          </w:tcPr>
          <w:p>
            <w:r/>
          </w:p>
        </w:tc>
        <w:tc>
          <w:tcPr>
            <w:tcW w:type="dxa" w:w="1587"/>
          </w:tcPr>
          <w:p>
            <w:r>
              <w:t>$</w:t>
            </w:r>
          </w:p>
        </w:tc>
        <w:tc>
          <w:tcPr>
            <w:tcW w:type="dxa" w:w="1587"/>
          </w:tcPr>
          <w:p>
            <w:r>
              <w:t>$</w:t>
            </w:r>
          </w:p>
        </w:tc>
      </w:tr>
      <w:tr>
        <w:tc>
          <w:tcPr>
            <w:tcW w:type="dxa" w:w="5386"/>
          </w:tcPr>
          <w:p>
            <w:r>
              <w:t>[Item or service]</w:t>
            </w:r>
          </w:p>
        </w:tc>
        <w:tc>
          <w:tcPr>
            <w:tcW w:type="dxa" w:w="1020"/>
          </w:tcPr>
          <w:p>
            <w:r/>
          </w:p>
        </w:tc>
        <w:tc>
          <w:tcPr>
            <w:tcW w:type="dxa" w:w="1587"/>
          </w:tcPr>
          <w:p>
            <w:r>
              <w:t>$</w:t>
            </w:r>
          </w:p>
        </w:tc>
        <w:tc>
          <w:tcPr>
            <w:tcW w:type="dxa" w:w="1587"/>
          </w:tcPr>
          <w:p>
            <w:r>
              <w:t>$</w:t>
            </w:r>
          </w:p>
        </w:tc>
      </w:tr>
      <w:tr>
        <w:tc>
          <w:tcPr>
            <w:tcW w:type="dxa" w:w="5386"/>
          </w:tcPr>
          <w:p>
            <w:r>
              <w:t>[Item or service]</w:t>
            </w:r>
          </w:p>
        </w:tc>
        <w:tc>
          <w:tcPr>
            <w:tcW w:type="dxa" w:w="1020"/>
          </w:tcPr>
          <w:p>
            <w:r/>
          </w:p>
        </w:tc>
        <w:tc>
          <w:tcPr>
            <w:tcW w:type="dxa" w:w="1587"/>
          </w:tcPr>
          <w:p>
            <w:r>
              <w:t>$</w:t>
            </w:r>
          </w:p>
        </w:tc>
        <w:tc>
          <w:tcPr>
            <w:tcW w:type="dxa" w:w="1587"/>
          </w:tcPr>
          <w:p>
            <w:r>
              <w:t>$</w:t>
            </w:r>
          </w:p>
        </w:tc>
      </w:tr>
      <w:tr>
        <w:tc>
          <w:tcPr>
            <w:tcW w:type="dxa" w:w="5386"/>
          </w:tcPr>
          <w:p>
            <w:r>
              <w:t>[Item or service]</w:t>
            </w:r>
          </w:p>
        </w:tc>
        <w:tc>
          <w:tcPr>
            <w:tcW w:type="dxa" w:w="1020"/>
          </w:tcPr>
          <w:p>
            <w:r/>
          </w:p>
        </w:tc>
        <w:tc>
          <w:tcPr>
            <w:tcW w:type="dxa" w:w="1587"/>
          </w:tcPr>
          <w:p>
            <w:r>
              <w:t>$</w:t>
            </w:r>
          </w:p>
        </w:tc>
        <w:tc>
          <w:tcPr>
            <w:tcW w:type="dxa" w:w="1587"/>
          </w:tcPr>
          <w:p>
            <w:r>
              <w:t>$</w:t>
            </w:r>
          </w:p>
        </w:tc>
      </w:tr>
    </w:tbl>
    <w:p/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Subtotal</w:t>
            </w:r>
          </w:p>
        </w:tc>
        <w:tc>
          <w:tcPr>
            <w:tcW w:type="dxa" w:w="4986"/>
          </w:tcPr>
          <w:p>
            <w:r>
              <w:t>$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Total (AUD)</w:t>
            </w:r>
          </w:p>
        </w:tc>
        <w:tc>
          <w:tcPr>
            <w:tcW w:type="dxa" w:w="4986"/>
          </w:tcPr>
          <w:p>
            <w:r>
              <w:rPr>
                <w:b/>
              </w:rPr>
              <w:t>$</w:t>
            </w:r>
          </w:p>
        </w:tc>
      </w:tr>
    </w:tbl>
    <w:p/>
    <w:p>
      <w:r>
        <w:rPr>
          <w:b/>
          <w:color w:val="10715A"/>
          <w:sz w:val="18"/>
        </w:rPr>
        <w:t>PAYMENT DETAILS</w:t>
      </w:r>
    </w:p>
    <w:p>
      <w:r>
        <w:rPr>
          <w:b w:val="0"/>
          <w:sz w:val="20"/>
        </w:rPr>
        <w:t>Account name: [Name]</w:t>
      </w:r>
    </w:p>
    <w:p>
      <w:r>
        <w:rPr>
          <w:b w:val="0"/>
          <w:sz w:val="20"/>
        </w:rPr>
        <w:t>BSB: [000-000]   Account: [00000000]</w:t>
      </w:r>
    </w:p>
    <w:p>
      <w:r>
        <w:rPr>
          <w:b w:val="0"/>
          <w:sz w:val="20"/>
        </w:rPr>
        <w:t>PayID: [email or phone]</w:t>
      </w:r>
    </w:p>
    <w:p>
      <w:r>
        <w:rPr>
          <w:b w:val="0"/>
          <w:sz w:val="20"/>
        </w:rPr>
        <w:t>Terms: Payment due within [14] days. Please use the invoice number as your reference.</w:t>
      </w:r>
    </w:p>
    <w:p/>
    <w:p>
      <w:r>
        <w:rPr>
          <w:b w:val="0"/>
          <w:color w:val="666666"/>
          <w:sz w:val="16"/>
        </w:rPr>
        <w:t>No GST has been charged. The supplier is not registered for GST.</w:t>
      </w:r>
    </w:p>
    <w:p>
      <w:r>
        <w:rPr>
          <w:b w:val="0"/>
          <w:color w:val="888888"/>
          <w:sz w:val="16"/>
        </w:rPr>
        <w:t>Template from invoice-generator.com.au · For ABN holders who are not registered for GST. Do not call this a tax invoice and do not charge GST. Prefer automatic totals? Use the free online generator at invoice-generator.com.au.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