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[Your business name]</w:t>
            </w:r>
          </w:p>
          <w:p>
            <w:r>
              <w:rPr>
                <w:b w:val="0"/>
                <w:sz w:val="20"/>
              </w:rPr>
              <w:t>ABN: [11-digit ABN]</w:t>
            </w:r>
          </w:p>
          <w:p>
            <w:r>
              <w:rPr>
                <w:b w:val="0"/>
                <w:sz w:val="20"/>
              </w:rPr>
              <w:t>[Street address, suburb, state, postcode]</w:t>
            </w:r>
          </w:p>
          <w:p>
            <w:r>
              <w:rPr>
                <w:b w:val="0"/>
                <w:sz w:val="20"/>
              </w:rPr>
              <w:t>[Email] · [Phone]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10715A"/>
                <w:sz w:val="44"/>
              </w:rPr>
              <w:t>TAX INVOICE</w:t>
            </w:r>
          </w:p>
          <w:p>
            <w:pPr>
              <w:jc w:val="right"/>
            </w:pPr>
            <w:r>
              <w:rPr>
                <w:b w:val="0"/>
                <w:sz w:val="20"/>
              </w:rPr>
              <w:t>Invoice no: [INV-0001]</w:t>
            </w:r>
          </w:p>
          <w:p>
            <w:pPr>
              <w:jc w:val="right"/>
            </w:pPr>
            <w:r>
              <w:rPr>
                <w:b w:val="0"/>
                <w:sz w:val="20"/>
              </w:rPr>
              <w:t>Issue date: [DD/MM/YYYY]</w:t>
            </w:r>
          </w:p>
          <w:p>
            <w:pPr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/>
    <w:p>
      <w:r>
        <w:rPr>
          <w:b/>
          <w:color w:val="10715A"/>
          <w:sz w:val="18"/>
        </w:rPr>
        <w:t>BILL TO</w:t>
      </w:r>
    </w:p>
    <w:p>
      <w:r>
        <w:rPr>
          <w:b w:val="0"/>
          <w:sz w:val="20"/>
        </w:rPr>
        <w:t>[Client name or business]</w:t>
      </w:r>
    </w:p>
    <w:p>
      <w:r>
        <w:rPr>
          <w:b w:val="0"/>
          <w:sz w:val="20"/>
        </w:rPr>
        <w:t>[Client address]</w:t>
      </w:r>
    </w:p>
    <w:p>
      <w:r>
        <w:rPr>
          <w:b w:val="0"/>
          <w:sz w:val="20"/>
        </w:rPr>
        <w:t>Client ABN (required for sales of $1,000 or more): [ABN]</w:t>
      </w:r>
    </w:p>
    <w:p/>
    <w:tbl>
      <w:tblPr>
        <w:tblStyle w:val="TableGrid"/>
        <w:tblW w:type="dxa" w:w="958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1020"/>
        <w:gridCol w:w="1587"/>
        <w:gridCol w:w="1587"/>
      </w:tblGrid>
      <w:tr>
        <w:tc>
          <w:tcPr>
            <w:tcW w:type="dxa" w:w="5386"/>
            <w:shd w:val="clear" w:color="auto" w:fill="10715A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020"/>
            <w:shd w:val="clear" w:color="auto" w:fill="10715A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87"/>
            <w:shd w:val="clear" w:color="auto" w:fill="10715A"/>
          </w:tcPr>
          <w:p>
            <w:r/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587"/>
            <w:shd w:val="clear" w:color="auto" w:fill="10715A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[Item or service]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>
              <w:t>$</w:t>
            </w:r>
          </w:p>
        </w:tc>
        <w:tc>
          <w:tcPr>
            <w:tcW w:type="dxa" w:w="1587"/>
          </w:tcPr>
          <w:p>
            <w:r>
              <w:t>$</w:t>
            </w:r>
          </w:p>
        </w:tc>
      </w:tr>
      <w:tr>
        <w:tc>
          <w:tcPr>
            <w:tcW w:type="dxa" w:w="5386"/>
          </w:tcPr>
          <w:p>
            <w:r>
              <w:t>[Item or service]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>
              <w:t>$</w:t>
            </w:r>
          </w:p>
        </w:tc>
        <w:tc>
          <w:tcPr>
            <w:tcW w:type="dxa" w:w="1587"/>
          </w:tcPr>
          <w:p>
            <w:r>
              <w:t>$</w:t>
            </w:r>
          </w:p>
        </w:tc>
      </w:tr>
      <w:tr>
        <w:tc>
          <w:tcPr>
            <w:tcW w:type="dxa" w:w="5386"/>
          </w:tcPr>
          <w:p>
            <w:r>
              <w:t>[Item or service]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>
              <w:t>$</w:t>
            </w:r>
          </w:p>
        </w:tc>
        <w:tc>
          <w:tcPr>
            <w:tcW w:type="dxa" w:w="1587"/>
          </w:tcPr>
          <w:p>
            <w:r>
              <w:t>$</w:t>
            </w:r>
          </w:p>
        </w:tc>
      </w:tr>
      <w:tr>
        <w:tc>
          <w:tcPr>
            <w:tcW w:type="dxa" w:w="5386"/>
          </w:tcPr>
          <w:p>
            <w:r>
              <w:t>[Item or service]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>
              <w:t>$</w:t>
            </w:r>
          </w:p>
        </w:tc>
        <w:tc>
          <w:tcPr>
            <w:tcW w:type="dxa" w:w="1587"/>
          </w:tcPr>
          <w:p>
            <w:r>
              <w:t>$</w:t>
            </w:r>
          </w:p>
        </w:tc>
      </w:tr>
      <w:tr>
        <w:tc>
          <w:tcPr>
            <w:tcW w:type="dxa" w:w="5386"/>
          </w:tcPr>
          <w:p>
            <w:r>
              <w:t>[Item or service]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>
              <w:t>$</w:t>
            </w:r>
          </w:p>
        </w:tc>
        <w:tc>
          <w:tcPr>
            <w:tcW w:type="dxa" w:w="1587"/>
          </w:tcPr>
          <w:p>
            <w:r>
              <w:t>$</w:t>
            </w:r>
          </w:p>
        </w:tc>
      </w:tr>
      <w:tr>
        <w:tc>
          <w:tcPr>
            <w:tcW w:type="dxa" w:w="5386"/>
          </w:tcPr>
          <w:p>
            <w:r>
              <w:t>[Item or service]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>
              <w:t>$</w:t>
            </w:r>
          </w:p>
        </w:tc>
        <w:tc>
          <w:tcPr>
            <w:tcW w:type="dxa" w:w="1587"/>
          </w:tcPr>
          <w:p>
            <w:r>
              <w:t>$</w:t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Subtotal</w:t>
            </w:r>
          </w:p>
        </w:tc>
        <w:tc>
          <w:tcPr>
            <w:tcW w:type="dxa" w:w="4986"/>
          </w:tcPr>
          <w:p>
            <w:r>
              <w:t>$</w:t>
            </w:r>
          </w:p>
        </w:tc>
      </w:tr>
      <w:tr>
        <w:tc>
          <w:tcPr>
            <w:tcW w:type="dxa" w:w="4986"/>
          </w:tcPr>
          <w:p>
            <w:r>
              <w:t>GST (10%)</w:t>
            </w:r>
          </w:p>
        </w:tc>
        <w:tc>
          <w:tcPr>
            <w:tcW w:type="dxa" w:w="4986"/>
          </w:tcPr>
          <w:p>
            <w:r>
              <w:t>$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Total (AUD) incl. GST</w:t>
            </w:r>
          </w:p>
        </w:tc>
        <w:tc>
          <w:tcPr>
            <w:tcW w:type="dxa" w:w="4986"/>
          </w:tcPr>
          <w:p>
            <w:r>
              <w:rPr>
                <w:b/>
              </w:rPr>
              <w:t>$</w:t>
            </w:r>
          </w:p>
        </w:tc>
      </w:tr>
    </w:tbl>
    <w:p/>
    <w:p>
      <w:r>
        <w:rPr>
          <w:b/>
          <w:color w:val="10715A"/>
          <w:sz w:val="18"/>
        </w:rPr>
        <w:t>PAYMENT DETAILS</w:t>
      </w:r>
    </w:p>
    <w:p>
      <w:r>
        <w:rPr>
          <w:b w:val="0"/>
          <w:sz w:val="20"/>
        </w:rPr>
        <w:t>Account name: [Name]</w:t>
      </w:r>
    </w:p>
    <w:p>
      <w:r>
        <w:rPr>
          <w:b w:val="0"/>
          <w:sz w:val="20"/>
        </w:rPr>
        <w:t>BSB: [000-000]   Account: [00000000]</w:t>
      </w:r>
    </w:p>
    <w:p>
      <w:r>
        <w:rPr>
          <w:b w:val="0"/>
          <w:sz w:val="20"/>
        </w:rPr>
        <w:t>PayID: [email or phone]</w:t>
      </w:r>
    </w:p>
    <w:p>
      <w:r>
        <w:rPr>
          <w:b w:val="0"/>
          <w:sz w:val="20"/>
        </w:rPr>
        <w:t>Terms: Payment due within [14] days. Please use the invoice number as your reference.</w:t>
      </w:r>
    </w:p>
    <w:p/>
    <w:p>
      <w:r>
        <w:rPr>
          <w:b w:val="0"/>
          <w:color w:val="666666"/>
          <w:sz w:val="16"/>
        </w:rPr>
        <w:t>Prices are in Australian dollars. Keep a copy of this tax invoice for at least 5 years.</w:t>
      </w:r>
    </w:p>
    <w:p>
      <w:r>
        <w:rPr>
          <w:b w:val="0"/>
          <w:color w:val="888888"/>
          <w:sz w:val="16"/>
        </w:rPr>
        <w:t>Template from invoice-generator.com.au · For GST-registered businesses. Meets the ATO tax invoice requirements when every field is filled in. Prefer automatic totals? Use the free online generator at invoice-generator.com.au.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